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30741" w14:textId="77777777" w:rsidR="00082660" w:rsidRDefault="00DD7E60">
      <w:pPr>
        <w:pStyle w:val="Cm"/>
      </w:pPr>
      <w:r>
        <w:rPr>
          <w:rFonts w:ascii="Times New Roman" w:eastAsia="Times New Roman" w:hAnsi="Times New Roman"/>
        </w:rPr>
        <w:t>3. MELLÉKLET</w:t>
      </w:r>
    </w:p>
    <w:p w14:paraId="5C1A39D4" w14:textId="77777777" w:rsidR="00082660" w:rsidRDefault="00DD7E60">
      <w:pPr>
        <w:pStyle w:val="Cm"/>
      </w:pPr>
      <w:r>
        <w:rPr>
          <w:rFonts w:ascii="Times New Roman" w:eastAsia="Times New Roman" w:hAnsi="Times New Roman"/>
        </w:rPr>
        <w:t>ÁTLÁTHATÓSÁGI NYILATKOZAT</w:t>
      </w:r>
    </w:p>
    <w:p w14:paraId="75296589" w14:textId="77777777" w:rsidR="00082660" w:rsidRDefault="00DD7E60">
      <w:pPr>
        <w:spacing w:after="240"/>
        <w:jc w:val="center"/>
      </w:pPr>
      <w:r>
        <w:t>az államháztartásról szóló 2011. évi CXCV. törvény 41. § (6) bekezdésében, valamint a nemzeti vagyonról szóló 2011. évi CXCVI. törvényben előírt kötelezettség teljesítéséhez</w:t>
      </w:r>
    </w:p>
    <w:p w14:paraId="50292BB5" w14:textId="77777777" w:rsidR="00082660" w:rsidRDefault="00DD7E60">
      <w:pPr>
        <w:spacing w:after="60"/>
      </w:pPr>
      <w:r>
        <w:rPr>
          <w:b/>
        </w:rPr>
        <w:t xml:space="preserve">Képviselő neve: </w:t>
      </w:r>
      <w:r>
        <w:rPr>
          <w:rStyle w:val="Kitltendmez"/>
          <w:highlight w:val="none"/>
        </w:rPr>
        <w:t>[NÉV]</w:t>
      </w:r>
    </w:p>
    <w:p w14:paraId="567EB12B" w14:textId="77777777" w:rsidR="00082660" w:rsidRDefault="00DD7E60">
      <w:pPr>
        <w:spacing w:after="60"/>
      </w:pPr>
      <w:r>
        <w:rPr>
          <w:b/>
        </w:rPr>
        <w:t xml:space="preserve">Születési neve: </w:t>
      </w:r>
      <w:r>
        <w:rPr>
          <w:rStyle w:val="Kitltendmez"/>
          <w:highlight w:val="none"/>
        </w:rPr>
        <w:t>[SZÜLETÉSI NÉV]</w:t>
      </w:r>
    </w:p>
    <w:p w14:paraId="555FA679" w14:textId="77777777" w:rsidR="00082660" w:rsidRDefault="00DD7E60">
      <w:pPr>
        <w:spacing w:after="60"/>
      </w:pPr>
      <w:r>
        <w:rPr>
          <w:b/>
        </w:rPr>
        <w:t xml:space="preserve">Anyja születési neve: </w:t>
      </w:r>
      <w:r>
        <w:rPr>
          <w:rStyle w:val="Kitltendmez"/>
          <w:highlight w:val="none"/>
        </w:rPr>
        <w:t>[ANYJA SZÜLETÉSI NEVE]</w:t>
      </w:r>
    </w:p>
    <w:p w14:paraId="5182405B" w14:textId="77777777" w:rsidR="00082660" w:rsidRDefault="00DD7E60">
      <w:pPr>
        <w:spacing w:after="60"/>
      </w:pPr>
      <w:r>
        <w:rPr>
          <w:b/>
        </w:rPr>
        <w:t xml:space="preserve">Születési helye, ideje: </w:t>
      </w:r>
      <w:r>
        <w:rPr>
          <w:rStyle w:val="Kitltendmez"/>
          <w:highlight w:val="none"/>
        </w:rPr>
        <w:t>[HELY, IDŐ]</w:t>
      </w:r>
    </w:p>
    <w:p w14:paraId="0CEBB914" w14:textId="77777777" w:rsidR="00082660" w:rsidRDefault="00DD7E60">
      <w:pPr>
        <w:spacing w:after="60"/>
      </w:pPr>
      <w:r>
        <w:rPr>
          <w:b/>
        </w:rPr>
        <w:t xml:space="preserve">Szervezet neve: </w:t>
      </w:r>
      <w:r>
        <w:rPr>
          <w:rStyle w:val="Kitltendmez"/>
          <w:highlight w:val="none"/>
        </w:rPr>
        <w:t>[SZERVEZET NEVE]</w:t>
      </w:r>
    </w:p>
    <w:p w14:paraId="4A27FBD2" w14:textId="77777777" w:rsidR="00082660" w:rsidRDefault="00DD7E60">
      <w:pPr>
        <w:spacing w:after="60"/>
      </w:pPr>
      <w:r>
        <w:rPr>
          <w:b/>
        </w:rPr>
        <w:t xml:space="preserve">Székhelye: </w:t>
      </w:r>
      <w:r>
        <w:rPr>
          <w:rStyle w:val="Kitltendmez"/>
          <w:highlight w:val="none"/>
        </w:rPr>
        <w:t>[SZÉKHELY]</w:t>
      </w:r>
    </w:p>
    <w:p w14:paraId="7AF49308" w14:textId="77777777" w:rsidR="00082660" w:rsidRDefault="00DD7E60">
      <w:pPr>
        <w:spacing w:after="60"/>
      </w:pPr>
      <w:r>
        <w:rPr>
          <w:b/>
        </w:rPr>
        <w:t xml:space="preserve">Adószáma: </w:t>
      </w:r>
      <w:r>
        <w:rPr>
          <w:rStyle w:val="Kitltendmez"/>
          <w:highlight w:val="none"/>
        </w:rPr>
        <w:t>[ADÓSZÁM]</w:t>
      </w:r>
    </w:p>
    <w:p w14:paraId="13B9A1C1" w14:textId="77777777" w:rsidR="00082660" w:rsidRDefault="00DD7E60">
      <w:pPr>
        <w:spacing w:after="60"/>
      </w:pPr>
      <w:r>
        <w:rPr>
          <w:b/>
        </w:rPr>
        <w:t xml:space="preserve">Cégjegyzékszáma/nyilvántartási száma: </w:t>
      </w:r>
      <w:r>
        <w:rPr>
          <w:rStyle w:val="Kitltendmez"/>
          <w:highlight w:val="none"/>
        </w:rPr>
        <w:t>[NYILVÁNTARTÁSI SZÁM]</w:t>
      </w:r>
    </w:p>
    <w:p w14:paraId="537F28BA" w14:textId="77777777" w:rsidR="00082660" w:rsidRDefault="00DD7E60">
      <w:r>
        <w:t>Alulírot</w:t>
      </w:r>
      <w:r>
        <w:t>t, a fent megjelölt szervezet törvényes képviselőjeként, polgári és büntetőjogi felelősségem teljes tudatában nyilatkozom, hogy az általam képviselt szervezet a nemzeti vagyonról szóló 2011. évi CXCVI. törvény 3. § (1) bekezdés 1. pontja szerinti átlátható</w:t>
      </w:r>
      <w:r>
        <w:t xml:space="preserve"> szervezetnek minősül.</w:t>
      </w:r>
    </w:p>
    <w:p w14:paraId="504A4993" w14:textId="77777777" w:rsidR="00082660" w:rsidRDefault="00DD7E60">
      <w:r>
        <w:t>Tudomásul veszem, hogy központi költségvetési kiadási előirányzatok terhére nem köthető érvényesen visszterhes szerződés olyan jogi személlyel vagy jogi személyiséggel nem rendelkező szervezettel, amely nem minősül átlátható szerveze</w:t>
      </w:r>
      <w:r>
        <w:t>tnek.</w:t>
      </w:r>
    </w:p>
    <w:p w14:paraId="4CF57CB8" w14:textId="77777777" w:rsidR="00082660" w:rsidRDefault="00DD7E60">
      <w:r>
        <w:t>Hozzájárulok ahhoz, hogy a Budapesti Gépészeti Szakképzési Centrum az átláthatósági feltétel ellenőrzése céljából, a szerződésből eredő követelések elévüléséig az államháztartásról szóló 2011. évi CXCV. törvény 54/A. §-ában meghatározott adatokat kez</w:t>
      </w:r>
      <w:r>
        <w:t>elje.</w:t>
      </w:r>
    </w:p>
    <w:p w14:paraId="00BE8367" w14:textId="77777777" w:rsidR="00082660" w:rsidRDefault="00DD7E60">
      <w:r>
        <w:t>Tudomásul veszem, hogy valótlan tartalmú nyilatkozat vagy az átláthatósági feltétel megszűnése esetén a Budapesti Gépészeti Szakképzési Centrum a szerződést a vonatkozó jogszabályok szerint kártalanítás nélkül és azonnali hatállyal felmondhatja, ille</w:t>
      </w:r>
      <w:r>
        <w:t>tve – ha teljesítésre még nem került sor – a szerződéstől elállhat.</w:t>
      </w:r>
    </w:p>
    <w:p w14:paraId="27C3B0C1" w14:textId="77777777" w:rsidR="00082660" w:rsidRDefault="00DD7E60">
      <w:r>
        <w:t xml:space="preserve">Kijelentem, hogy a fenti adatok a valóságnak megfelelnek, és vállalom, hogy az átláthatósági helyzetben vagy a megadott adatokban bekövetkező változásról a Budapesti Gépészeti Szakképzési </w:t>
      </w:r>
      <w:r>
        <w:t>Centrumot haladéktalanul, de legkésőbb nyolc napon belül írásban tájékoztatom.</w:t>
      </w:r>
    </w:p>
    <w:p w14:paraId="1960A7A5" w14:textId="77777777" w:rsidR="00082660" w:rsidRDefault="00DD7E60">
      <w:pPr>
        <w:spacing w:after="360"/>
      </w:pPr>
      <w:r>
        <w:t>Kelt: Budapest, [DÁTUM].</w:t>
      </w:r>
    </w:p>
    <w:p w14:paraId="2C0C2784" w14:textId="77777777" w:rsidR="00082660" w:rsidRDefault="00DD7E60">
      <w:pPr>
        <w:spacing w:after="0"/>
        <w:jc w:val="center"/>
      </w:pPr>
      <w:r>
        <w:t>………………………………………</w:t>
      </w:r>
    </w:p>
    <w:p w14:paraId="6954C87B" w14:textId="77777777" w:rsidR="00082660" w:rsidRDefault="00DD7E60">
      <w:pPr>
        <w:jc w:val="center"/>
      </w:pPr>
      <w:r>
        <w:rPr>
          <w:b/>
        </w:rPr>
        <w:t>Cégszerű aláírás</w:t>
      </w:r>
    </w:p>
    <w:p w14:paraId="749C10DA" w14:textId="77777777" w:rsidR="00082660" w:rsidRDefault="00DD7E60">
      <w:r>
        <w:br w:type="page"/>
      </w:r>
    </w:p>
    <w:sectPr w:rsidR="00082660" w:rsidSect="00034616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2C286" w14:textId="77777777" w:rsidR="00DD7E60" w:rsidRDefault="00DD7E60">
      <w:pPr>
        <w:spacing w:after="0" w:line="240" w:lineRule="auto"/>
      </w:pPr>
      <w:r>
        <w:separator/>
      </w:r>
    </w:p>
  </w:endnote>
  <w:endnote w:type="continuationSeparator" w:id="0">
    <w:p w14:paraId="24598E16" w14:textId="77777777" w:rsidR="00DD7E60" w:rsidRDefault="00DD7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2AFD3" w14:textId="77777777" w:rsidR="00082660" w:rsidRDefault="00DD7E60">
    <w:pPr>
      <w:pStyle w:val="llb"/>
      <w:jc w:val="center"/>
    </w:pPr>
    <w:r>
      <w:rPr>
        <w:sz w:val="18"/>
      </w:rPr>
      <w:t>Egységes szerkezetbe foglalt minta –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70359" w14:textId="77777777" w:rsidR="00DD7E60" w:rsidRDefault="00DD7E60">
      <w:pPr>
        <w:spacing w:after="0" w:line="240" w:lineRule="auto"/>
      </w:pPr>
      <w:r>
        <w:separator/>
      </w:r>
    </w:p>
  </w:footnote>
  <w:footnote w:type="continuationSeparator" w:id="0">
    <w:p w14:paraId="3D4989B8" w14:textId="77777777" w:rsidR="00DD7E60" w:rsidRDefault="00DD7E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E2D33" w14:textId="77777777" w:rsidR="00082660" w:rsidRDefault="00DD7E60">
    <w:pPr>
      <w:pStyle w:val="lfej"/>
      <w:jc w:val="center"/>
    </w:pPr>
    <w:r>
      <w:rPr>
        <w:i/>
        <w:sz w:val="18"/>
      </w:rPr>
      <w:t>Budapesti Gépészeti Szakképzési Centrum – egységes büféüzemeltetési pályázati felhívás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2660"/>
    <w:rsid w:val="0015074B"/>
    <w:rsid w:val="0029639D"/>
    <w:rsid w:val="00326F90"/>
    <w:rsid w:val="003C4567"/>
    <w:rsid w:val="00AA1D8D"/>
    <w:rsid w:val="00B47730"/>
    <w:rsid w:val="00CB0664"/>
    <w:rsid w:val="00DD7E6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56B96"/>
  <w14:defaultImageDpi w14:val="300"/>
  <w15:docId w15:val="{2BAF224D-429F-4C02-AC29-A8421EFD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120"/>
      <w:jc w:val="both"/>
    </w:pPr>
    <w:rPr>
      <w:rFonts w:ascii="Times New Roman" w:eastAsia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20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000000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line="240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000000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line="240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keepNext/>
      <w:pBdr>
        <w:bottom w:val="single" w:sz="8" w:space="4" w:color="4F81BD" w:themeColor="accent1"/>
      </w:pBd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color w:val="000000"/>
      <w:spacing w:val="5"/>
      <w:kern w:val="28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spacing w:after="60"/>
      <w:ind w:left="425" w:hanging="227"/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spacing w:after="60"/>
      <w:ind w:left="425" w:hanging="227"/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Kitltendmez">
    <w:name w:val="Kitöltendő mező"/>
    <w:rPr>
      <w:rFonts w:ascii="Times New Roman" w:eastAsia="Times New Roman" w:hAnsi="Times New Roman"/>
      <w:b/>
      <w:i w:val="0"/>
      <w:sz w:val="24"/>
      <w:highlight w:val="yell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1669</Characters>
  <Application>Microsoft Office Word</Application>
  <DocSecurity>0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3. melléklet</vt:lpstr>
      <vt:lpstr/>
    </vt:vector>
  </TitlesOfParts>
  <Manager/>
  <Company/>
  <LinksUpToDate>false</LinksUpToDate>
  <CharactersWithSpaces>1907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 melléklet</dc:title>
  <dc:subject>A jogi vélemény alapján kiegészített, egységes szerkezetbe foglalt minta</dc:subject>
  <dc:creator>Budapesti Gépészeti Szakképzési Centrum</dc:creator>
  <cp:keywords>büfé, pályázat, bérbeadás, üzemeltetés</cp:keywords>
  <dc:description>generated by python-docx</dc:description>
  <cp:lastModifiedBy>Dr. Varga Csaba</cp:lastModifiedBy>
  <cp:revision>2</cp:revision>
  <dcterms:created xsi:type="dcterms:W3CDTF">2013-12-23T23:15:00Z</dcterms:created>
  <dcterms:modified xsi:type="dcterms:W3CDTF">2026-08-26T09:04:00Z</dcterms:modified>
  <cp:category/>
</cp:coreProperties>
</file>