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476C7" w14:textId="77777777" w:rsidR="00C00D91" w:rsidRDefault="008936F2">
      <w:pPr>
        <w:pStyle w:val="Cm"/>
      </w:pPr>
      <w:r>
        <w:rPr>
          <w:rFonts w:ascii="Times New Roman" w:eastAsia="Times New Roman" w:hAnsi="Times New Roman"/>
        </w:rPr>
        <w:t>4. MELLÉKLET</w:t>
      </w:r>
    </w:p>
    <w:p w14:paraId="47AD89D5" w14:textId="77777777" w:rsidR="00C00D91" w:rsidRDefault="008936F2">
      <w:pPr>
        <w:pStyle w:val="Cm"/>
      </w:pPr>
      <w:r>
        <w:rPr>
          <w:rFonts w:ascii="Times New Roman" w:eastAsia="Times New Roman" w:hAnsi="Times New Roman"/>
        </w:rPr>
        <w:t>NYILATKOZAT KÖZTARTOZÁS-MENTESSÉGRŐL</w:t>
      </w:r>
    </w:p>
    <w:p w14:paraId="678D8C8A" w14:textId="77777777" w:rsidR="00C00D91" w:rsidRDefault="008936F2">
      <w:pPr>
        <w:spacing w:after="240"/>
        <w:jc w:val="center"/>
      </w:pPr>
      <w:r>
        <w:t>(nem természetes személy ajánlattevő részére)</w:t>
      </w:r>
    </w:p>
    <w:p w14:paraId="3C557402" w14:textId="77777777" w:rsidR="00C00D91" w:rsidRDefault="008936F2">
      <w:pPr>
        <w:spacing w:after="60"/>
      </w:pPr>
      <w:r>
        <w:rPr>
          <w:b/>
        </w:rPr>
        <w:t xml:space="preserve">Nyilatkozattevő neve: </w:t>
      </w:r>
      <w:r>
        <w:rPr>
          <w:rStyle w:val="Kitltendmez"/>
          <w:highlight w:val="none"/>
        </w:rPr>
        <w:t>[NÉV]</w:t>
      </w:r>
    </w:p>
    <w:p w14:paraId="35503D74" w14:textId="77777777" w:rsidR="00C00D91" w:rsidRDefault="008936F2">
      <w:pPr>
        <w:spacing w:after="60"/>
      </w:pPr>
      <w:r>
        <w:rPr>
          <w:b/>
        </w:rPr>
        <w:t xml:space="preserve">Tisztsége: </w:t>
      </w:r>
      <w:r>
        <w:rPr>
          <w:rStyle w:val="Kitltendmez"/>
          <w:highlight w:val="none"/>
        </w:rPr>
        <w:t>[TISZTSÉG]</w:t>
      </w:r>
    </w:p>
    <w:p w14:paraId="625264FA" w14:textId="77777777" w:rsidR="00C00D91" w:rsidRDefault="008936F2">
      <w:pPr>
        <w:spacing w:after="60"/>
      </w:pPr>
      <w:r>
        <w:rPr>
          <w:b/>
        </w:rPr>
        <w:t xml:space="preserve">A képviselt szervezet neve: </w:t>
      </w:r>
      <w:r>
        <w:rPr>
          <w:rStyle w:val="Kitltendmez"/>
          <w:highlight w:val="none"/>
        </w:rPr>
        <w:t>[SZERVEZET NEVE]</w:t>
      </w:r>
    </w:p>
    <w:p w14:paraId="0DF8C2DC" w14:textId="77777777" w:rsidR="00C00D91" w:rsidRDefault="008936F2">
      <w:pPr>
        <w:spacing w:after="60"/>
      </w:pPr>
      <w:r>
        <w:rPr>
          <w:b/>
        </w:rPr>
        <w:t xml:space="preserve">Székhelye: </w:t>
      </w:r>
      <w:r>
        <w:rPr>
          <w:rStyle w:val="Kitltendmez"/>
          <w:highlight w:val="none"/>
        </w:rPr>
        <w:t>[SZÉKHELY]</w:t>
      </w:r>
    </w:p>
    <w:p w14:paraId="1B5824F3" w14:textId="77777777" w:rsidR="00C00D91" w:rsidRDefault="008936F2">
      <w:pPr>
        <w:spacing w:after="60"/>
      </w:pPr>
      <w:r>
        <w:rPr>
          <w:b/>
        </w:rPr>
        <w:t xml:space="preserve">Adószáma: </w:t>
      </w:r>
      <w:r>
        <w:rPr>
          <w:rStyle w:val="Kitltendmez"/>
          <w:highlight w:val="none"/>
        </w:rPr>
        <w:t>[ADÓSZÁM]</w:t>
      </w:r>
    </w:p>
    <w:p w14:paraId="1F8E4C81" w14:textId="77777777" w:rsidR="00C00D91" w:rsidRDefault="008936F2">
      <w:r>
        <w:t xml:space="preserve">Alulírott, a fent </w:t>
      </w:r>
      <w:r>
        <w:t>megjelölt szervezet nyilatkozattételre jogosult képviselőjeként, büntetőjogi felelősségem tudatában kijelentem, hogy az általam képviselt szervezetnek lejárt köztartozása nincs, továbbá nem áll csődeljárás, felszámolási eljárás, kényszertörlési eljárás vag</w:t>
      </w:r>
      <w:r>
        <w:t>y végelszámolás alatt.</w:t>
      </w:r>
    </w:p>
    <w:p w14:paraId="3119BC9E" w14:textId="77777777" w:rsidR="00C00D91" w:rsidRDefault="008936F2">
      <w:r>
        <w:t>Kijelentem továbbá, hogy a szervezet a köztartozásmentes adózói adatbázisban szerepel, vagy az ajánlathoz csatolt, 30 napnál nem régebbi NAV-igazolással igazolja köztartozás-mentességét.</w:t>
      </w:r>
    </w:p>
    <w:p w14:paraId="4365C560" w14:textId="77777777" w:rsidR="00C00D91" w:rsidRDefault="008936F2">
      <w:pPr>
        <w:spacing w:after="360"/>
      </w:pPr>
      <w:r>
        <w:t>Kelt: Budapest, [DÁTUM].</w:t>
      </w:r>
    </w:p>
    <w:p w14:paraId="3251D4C2" w14:textId="77777777" w:rsidR="00C00D91" w:rsidRDefault="008936F2">
      <w:pPr>
        <w:spacing w:after="0"/>
        <w:jc w:val="center"/>
      </w:pPr>
      <w:r>
        <w:t>………………………………………</w:t>
      </w:r>
    </w:p>
    <w:p w14:paraId="085BEB00" w14:textId="77777777" w:rsidR="00C00D91" w:rsidRDefault="008936F2">
      <w:pPr>
        <w:jc w:val="center"/>
      </w:pPr>
      <w:r>
        <w:rPr>
          <w:b/>
        </w:rPr>
        <w:t>Cégsz</w:t>
      </w:r>
      <w:r>
        <w:rPr>
          <w:b/>
        </w:rPr>
        <w:t>erű aláírás</w:t>
      </w:r>
    </w:p>
    <w:p w14:paraId="49530E48" w14:textId="77777777" w:rsidR="00C00D91" w:rsidRDefault="008936F2">
      <w:r>
        <w:br w:type="page"/>
      </w:r>
    </w:p>
    <w:sectPr w:rsidR="00C00D91" w:rsidSect="00034616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097FE" w14:textId="77777777" w:rsidR="008936F2" w:rsidRDefault="008936F2">
      <w:pPr>
        <w:spacing w:after="0" w:line="240" w:lineRule="auto"/>
      </w:pPr>
      <w:r>
        <w:separator/>
      </w:r>
    </w:p>
  </w:endnote>
  <w:endnote w:type="continuationSeparator" w:id="0">
    <w:p w14:paraId="6E2B78D2" w14:textId="77777777" w:rsidR="008936F2" w:rsidRDefault="00893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D8066" w14:textId="77777777" w:rsidR="00C00D91" w:rsidRDefault="008936F2">
    <w:pPr>
      <w:pStyle w:val="llb"/>
      <w:jc w:val="center"/>
    </w:pPr>
    <w:r>
      <w:rPr>
        <w:sz w:val="18"/>
      </w:rPr>
      <w:t>Egységes szerkezetbe foglalt minta –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7587F" w14:textId="77777777" w:rsidR="008936F2" w:rsidRDefault="008936F2">
      <w:pPr>
        <w:spacing w:after="0" w:line="240" w:lineRule="auto"/>
      </w:pPr>
      <w:r>
        <w:separator/>
      </w:r>
    </w:p>
  </w:footnote>
  <w:footnote w:type="continuationSeparator" w:id="0">
    <w:p w14:paraId="70AC1411" w14:textId="77777777" w:rsidR="008936F2" w:rsidRDefault="008936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2F19EB" w14:textId="77777777" w:rsidR="00C00D91" w:rsidRDefault="008936F2">
    <w:pPr>
      <w:pStyle w:val="lfej"/>
      <w:jc w:val="center"/>
    </w:pPr>
    <w:r>
      <w:rPr>
        <w:i/>
        <w:sz w:val="18"/>
      </w:rPr>
      <w:t>Budapesti Gépészeti Szakképzési Centrum – egységes büféüzemeltetési pályázati felhívás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C1AC4"/>
    <w:rsid w:val="008936F2"/>
    <w:rsid w:val="00AA1D8D"/>
    <w:rsid w:val="00B47730"/>
    <w:rsid w:val="00C00D91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D8FA3"/>
  <w14:defaultImageDpi w14:val="300"/>
  <w15:docId w15:val="{51D05EA7-3BDA-4208-9BAD-F275A88B6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  <w:pPr>
      <w:spacing w:after="120"/>
      <w:jc w:val="both"/>
    </w:pPr>
    <w:rPr>
      <w:rFonts w:ascii="Times New Roman" w:eastAsia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200" w:line="240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000000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line="240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000000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line="240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000000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keepNext/>
      <w:pBdr>
        <w:bottom w:val="single" w:sz="8" w:space="4" w:color="4F81BD" w:themeColor="accent1"/>
      </w:pBdr>
      <w:spacing w:line="240" w:lineRule="auto"/>
      <w:contextualSpacing/>
      <w:jc w:val="center"/>
    </w:pPr>
    <w:rPr>
      <w:rFonts w:asciiTheme="majorHAnsi" w:eastAsiaTheme="majorEastAsia" w:hAnsiTheme="majorHAnsi" w:cstheme="majorBidi"/>
      <w:b/>
      <w:color w:val="000000"/>
      <w:spacing w:val="5"/>
      <w:kern w:val="28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spacing w:after="60"/>
      <w:ind w:left="425" w:hanging="227"/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spacing w:after="60"/>
      <w:ind w:left="425" w:hanging="227"/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Kitltendmez">
    <w:name w:val="Kitöltendő mező"/>
    <w:rPr>
      <w:rFonts w:ascii="Times New Roman" w:eastAsia="Times New Roman" w:hAnsi="Times New Roman"/>
      <w:b/>
      <w:i w:val="0"/>
      <w:sz w:val="24"/>
      <w:highlight w:val="yell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</Words>
  <Characters>679</Characters>
  <Application>Microsoft Office Word</Application>
  <DocSecurity>0</DocSecurity>
  <Lines>5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4. melléklet</vt:lpstr>
      <vt:lpstr/>
    </vt:vector>
  </TitlesOfParts>
  <Manager/>
  <Company/>
  <LinksUpToDate>false</LinksUpToDate>
  <CharactersWithSpaces>776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4. melléklet</dc:title>
  <dc:subject>A jogi vélemény alapján kiegészített, egységes szerkezetbe foglalt minta</dc:subject>
  <dc:creator>Budapesti Gépészeti Szakképzési Centrum</dc:creator>
  <cp:keywords>büfé, pályázat, bérbeadás, üzemeltetés</cp:keywords>
  <dc:description/>
  <cp:lastModifiedBy>Dr. Varga Csaba</cp:lastModifiedBy>
  <cp:revision>2</cp:revision>
  <dcterms:created xsi:type="dcterms:W3CDTF">2013-12-23T23:15:00Z</dcterms:created>
  <dcterms:modified xsi:type="dcterms:W3CDTF">2026-08-26T09:03:00Z</dcterms:modified>
  <cp:category/>
</cp:coreProperties>
</file>