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9B216" w14:textId="77777777" w:rsidR="00E04A29" w:rsidRDefault="00E371A9">
      <w:pPr>
        <w:pStyle w:val="Cm"/>
      </w:pPr>
      <w:r>
        <w:rPr>
          <w:rFonts w:ascii="Times New Roman" w:eastAsia="Times New Roman" w:hAnsi="Times New Roman"/>
        </w:rPr>
        <w:t>5. MELLÉKLET</w:t>
      </w:r>
    </w:p>
    <w:p w14:paraId="5701D90C" w14:textId="77777777" w:rsidR="00E04A29" w:rsidRDefault="00E371A9">
      <w:pPr>
        <w:pStyle w:val="Cm"/>
      </w:pPr>
      <w:r>
        <w:rPr>
          <w:rFonts w:ascii="Times New Roman" w:eastAsia="Times New Roman" w:hAnsi="Times New Roman"/>
        </w:rPr>
        <w:t>NYILATKOZAT A PÁLYÁZATI FELHÍVÁS ÉS A SZERZŐDÉSTERVEZET ELFOGADÁSÁRÓL</w:t>
      </w:r>
    </w:p>
    <w:p w14:paraId="7CF08024" w14:textId="77777777" w:rsidR="00E04A29" w:rsidRDefault="00E371A9">
      <w:pPr>
        <w:spacing w:after="60"/>
      </w:pPr>
      <w:r>
        <w:rPr>
          <w:b/>
        </w:rPr>
        <w:t xml:space="preserve">Ajánlattevő neve/cégneve: </w:t>
      </w:r>
      <w:r>
        <w:rPr>
          <w:rStyle w:val="Kitltendmez"/>
          <w:highlight w:val="none"/>
        </w:rPr>
        <w:t>[AJÁNLATTEVŐ NEVE]</w:t>
      </w:r>
    </w:p>
    <w:p w14:paraId="3170DCAA" w14:textId="77777777" w:rsidR="00E04A29" w:rsidRDefault="00E371A9">
      <w:pPr>
        <w:spacing w:after="60"/>
      </w:pPr>
      <w:r>
        <w:rPr>
          <w:b/>
        </w:rPr>
        <w:t xml:space="preserve">Székhelye/lakcíme: </w:t>
      </w:r>
      <w:r>
        <w:rPr>
          <w:rStyle w:val="Kitltendmez"/>
          <w:highlight w:val="none"/>
        </w:rPr>
        <w:t>[SZÉKHELY/LAKCÍM]</w:t>
      </w:r>
    </w:p>
    <w:p w14:paraId="51CE3BB3" w14:textId="77777777" w:rsidR="00E04A29" w:rsidRDefault="00E371A9">
      <w:pPr>
        <w:spacing w:after="60"/>
      </w:pPr>
      <w:r>
        <w:rPr>
          <w:b/>
        </w:rPr>
        <w:t xml:space="preserve">Adószáma/adóazonosító jele: </w:t>
      </w:r>
      <w:r>
        <w:rPr>
          <w:rStyle w:val="Kitltendmez"/>
          <w:highlight w:val="none"/>
        </w:rPr>
        <w:t>[AZONOSÍTÓ]</w:t>
      </w:r>
    </w:p>
    <w:p w14:paraId="6FD528FA" w14:textId="77777777" w:rsidR="00E04A29" w:rsidRDefault="00E371A9">
      <w:pPr>
        <w:spacing w:after="60"/>
      </w:pPr>
      <w:r>
        <w:rPr>
          <w:b/>
        </w:rPr>
        <w:t xml:space="preserve">Képviselő neve és tisztsége: </w:t>
      </w:r>
      <w:r>
        <w:rPr>
          <w:rStyle w:val="Kitltendmez"/>
          <w:highlight w:val="none"/>
        </w:rPr>
        <w:t>[NÉV, TISZTSÉG]</w:t>
      </w:r>
    </w:p>
    <w:p w14:paraId="5F91EEB0" w14:textId="77777777" w:rsidR="00E04A29" w:rsidRDefault="00E371A9">
      <w:r>
        <w:t xml:space="preserve">Alulírott, a fenti ajánlattevő képviseletében eljárva kijelentem, hogy a </w:t>
      </w:r>
      <w:r>
        <w:rPr>
          <w:rStyle w:val="Kitltendmez"/>
          <w:highlight w:val="none"/>
        </w:rPr>
        <w:t>[SZAKKÉPZŐ INTÉZMÉNY TELJES HIVATALOS NEVE]</w:t>
      </w:r>
      <w:r>
        <w:t xml:space="preserve"> büféhelyiségének bérbeadására és üzemeltetésére közzétett pályázati felhívást, annak valamenny</w:t>
      </w:r>
      <w:r>
        <w:t>i mellékletét, módosítását, továbbá a közzétett kérdéseket és válaszokat teljeskörűen megismertem.</w:t>
      </w:r>
    </w:p>
    <w:p w14:paraId="7C7EB71E" w14:textId="77777777" w:rsidR="00E04A29" w:rsidRDefault="00E371A9">
      <w:r>
        <w:t>Kijelentem, hogy a pályázati felhívásban meghatározott részvételi, formai, szakmai, pénzügyi és üzemeltetési feltételeket megértettem, azokat magamra nézve k</w:t>
      </w:r>
      <w:r>
        <w:t>ötelezőnek fogadom el, és ajánlatomat ezek ismeretében tettem meg.</w:t>
      </w:r>
    </w:p>
    <w:p w14:paraId="2443EA4B" w14:textId="77777777" w:rsidR="00E04A29" w:rsidRDefault="00E371A9">
      <w:r>
        <w:t>Kijelentem, hogy a pályázati dokumentáció 1. mellékletét képező bérleti szerződéstervezet teljes szövegét megismertem, annak lényeges rendelkezéseit elfogadom, és nyertességem esetén vállal</w:t>
      </w:r>
      <w:r>
        <w:t>om, hogy a szerződést a nyertes ajánlatom adataival és vállalásaival kiegészített tartalommal, a pályázati felhívásban meghatározott határidőn belül megkötöm.</w:t>
      </w:r>
    </w:p>
    <w:p w14:paraId="5C800467" w14:textId="77777777" w:rsidR="00E04A29" w:rsidRDefault="00E371A9">
      <w:r>
        <w:t>Tudomásul veszem, hogy a szerződéskötés megtagadása, az előírt igazolások bemutatásának elmulaszt</w:t>
      </w:r>
      <w:r>
        <w:t>ása vagy a szerződéskötési feltételek határidőben történő nem teljesítése a nyertesi pozíció elvesztését eredményezheti, és a Budapesti Gépészeti Szakképzési Centrum a rangsorban következő érvényes ajánlattevővel köthet szerződést.</w:t>
      </w:r>
    </w:p>
    <w:p w14:paraId="3635D65C" w14:textId="77777777" w:rsidR="00E04A29" w:rsidRDefault="00E371A9">
      <w:r>
        <w:t>Kijelentem, hogy ajánlat</w:t>
      </w:r>
      <w:r>
        <w:t>om nem tartalmaz a pályázati felhívással vagy a szerződéstervezettel ellentétes fenntartást, feltételt vagy kikötést.</w:t>
      </w:r>
    </w:p>
    <w:p w14:paraId="4A6D5353" w14:textId="77777777" w:rsidR="00E04A29" w:rsidRDefault="00E371A9">
      <w:pPr>
        <w:spacing w:after="360"/>
      </w:pPr>
      <w:r>
        <w:t>Kelt: Budapest, [DÁTUM].</w:t>
      </w:r>
    </w:p>
    <w:p w14:paraId="5F227111" w14:textId="77777777" w:rsidR="00E04A29" w:rsidRDefault="00E371A9">
      <w:pPr>
        <w:spacing w:after="0"/>
        <w:jc w:val="center"/>
      </w:pPr>
      <w:r>
        <w:t>………………………………………</w:t>
      </w:r>
    </w:p>
    <w:p w14:paraId="475871D1" w14:textId="77777777" w:rsidR="00E04A29" w:rsidRDefault="00E371A9">
      <w:pPr>
        <w:jc w:val="center"/>
      </w:pPr>
      <w:r>
        <w:rPr>
          <w:b/>
        </w:rPr>
        <w:t>Cégszerű aláírás / természetes személy ajánlattevő aláírása</w:t>
      </w:r>
    </w:p>
    <w:p w14:paraId="27133432" w14:textId="77777777" w:rsidR="00E04A29" w:rsidRDefault="00E371A9">
      <w:r>
        <w:br w:type="page"/>
      </w:r>
    </w:p>
    <w:sectPr w:rsidR="00E04A29" w:rsidSect="00034616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D2A25" w14:textId="77777777" w:rsidR="00E371A9" w:rsidRDefault="00E371A9">
      <w:pPr>
        <w:spacing w:after="0" w:line="240" w:lineRule="auto"/>
      </w:pPr>
      <w:r>
        <w:separator/>
      </w:r>
    </w:p>
  </w:endnote>
  <w:endnote w:type="continuationSeparator" w:id="0">
    <w:p w14:paraId="00128747" w14:textId="77777777" w:rsidR="00E371A9" w:rsidRDefault="00E371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B50387" w14:textId="77777777" w:rsidR="00E04A29" w:rsidRDefault="00E371A9">
    <w:pPr>
      <w:pStyle w:val="llb"/>
      <w:jc w:val="center"/>
    </w:pPr>
    <w:r>
      <w:rPr>
        <w:sz w:val="18"/>
      </w:rPr>
      <w:t>Egységes szerkezetbe foglalt minta –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DF5AD" w14:textId="77777777" w:rsidR="00E371A9" w:rsidRDefault="00E371A9">
      <w:pPr>
        <w:spacing w:after="0" w:line="240" w:lineRule="auto"/>
      </w:pPr>
      <w:r>
        <w:separator/>
      </w:r>
    </w:p>
  </w:footnote>
  <w:footnote w:type="continuationSeparator" w:id="0">
    <w:p w14:paraId="40CA7770" w14:textId="77777777" w:rsidR="00E371A9" w:rsidRDefault="00E371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49340" w14:textId="77777777" w:rsidR="00E04A29" w:rsidRDefault="00E371A9">
    <w:pPr>
      <w:pStyle w:val="lfej"/>
      <w:jc w:val="center"/>
    </w:pPr>
    <w:r>
      <w:rPr>
        <w:i/>
        <w:sz w:val="18"/>
      </w:rPr>
      <w:t xml:space="preserve">Budapesti </w:t>
    </w:r>
    <w:r>
      <w:rPr>
        <w:i/>
        <w:sz w:val="18"/>
      </w:rPr>
      <w:t>Gépészeti Szakképzési Centrum – egységes büféüzemeltetési pályázati felhívás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B81199"/>
    <w:rsid w:val="00CB0664"/>
    <w:rsid w:val="00E04A29"/>
    <w:rsid w:val="00E371A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C8BDB9"/>
  <w14:defaultImageDpi w14:val="300"/>
  <w15:docId w15:val="{550BC3CD-EC81-460E-97D4-01E21869B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0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0000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spacing w:after="60"/>
      <w:ind w:left="425" w:hanging="227"/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spacing w:after="60"/>
      <w:ind w:left="425" w:hanging="227"/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itltendmez">
    <w:name w:val="Kitöltendő mező"/>
    <w:rPr>
      <w:rFonts w:ascii="Times New Roman" w:eastAsia="Times New Roman" w:hAnsi="Times New Roman"/>
      <w:b/>
      <w:i w:val="0"/>
      <w:sz w:val="24"/>
      <w:highlight w:val="yell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1491</Characters>
  <Application>Microsoft Office Word</Application>
  <DocSecurity>0</DocSecurity>
  <Lines>12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5. melléklet</vt:lpstr>
      <vt:lpstr/>
    </vt:vector>
  </TitlesOfParts>
  <Manager/>
  <Company/>
  <LinksUpToDate>false</LinksUpToDate>
  <CharactersWithSpaces>1703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5. melléklet</dc:title>
  <dc:subject>A jogi vélemény alapján kiegészített, egységes szerkezetbe foglalt minta</dc:subject>
  <dc:creator>Budapesti Gépészeti Szakképzési Centrum</dc:creator>
  <cp:keywords>büfé, pályázat, bérbeadás, üzemeltetés</cp:keywords>
  <dc:description/>
  <cp:lastModifiedBy>Dr. Varga Csaba</cp:lastModifiedBy>
  <cp:revision>2</cp:revision>
  <dcterms:created xsi:type="dcterms:W3CDTF">2013-12-23T23:15:00Z</dcterms:created>
  <dcterms:modified xsi:type="dcterms:W3CDTF">2026-08-26T09:03:00Z</dcterms:modified>
  <cp:category/>
</cp:coreProperties>
</file>