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4DD8" w14:textId="77777777" w:rsidR="00A42911" w:rsidRDefault="000072EB">
      <w:pPr>
        <w:pStyle w:val="Cm"/>
      </w:pPr>
      <w:r>
        <w:rPr>
          <w:rFonts w:ascii="Times New Roman" w:eastAsia="Times New Roman" w:hAnsi="Times New Roman"/>
        </w:rPr>
        <w:t>6. MELLÉKLET</w:t>
      </w:r>
    </w:p>
    <w:p w14:paraId="41212A7D" w14:textId="77777777" w:rsidR="00A42911" w:rsidRDefault="000072EB">
      <w:pPr>
        <w:pStyle w:val="Cm"/>
      </w:pPr>
      <w:r>
        <w:rPr>
          <w:rFonts w:ascii="Times New Roman" w:eastAsia="Times New Roman" w:hAnsi="Times New Roman"/>
        </w:rPr>
        <w:t>NYILATKOZAT KAPCSOLATTARTÓI ADATOK KEZELÉSÉRŐL</w:t>
      </w:r>
    </w:p>
    <w:p w14:paraId="3067E124" w14:textId="77777777" w:rsidR="00A42911" w:rsidRDefault="000072EB">
      <w:pPr>
        <w:spacing w:after="60"/>
      </w:pPr>
      <w:r>
        <w:rPr>
          <w:b/>
        </w:rPr>
        <w:t xml:space="preserve">Érintett neve: </w:t>
      </w:r>
      <w:r>
        <w:rPr>
          <w:rStyle w:val="Kitltendmez"/>
          <w:highlight w:val="none"/>
        </w:rPr>
        <w:t>[NÉV]</w:t>
      </w:r>
    </w:p>
    <w:p w14:paraId="1C34F2DA" w14:textId="77777777" w:rsidR="00A42911" w:rsidRDefault="000072EB">
      <w:pPr>
        <w:spacing w:after="60"/>
      </w:pPr>
      <w:r>
        <w:rPr>
          <w:b/>
        </w:rPr>
        <w:t xml:space="preserve">Az ajánlattevő/szerződő fél neve: </w:t>
      </w:r>
      <w:r>
        <w:rPr>
          <w:rStyle w:val="Kitltendmez"/>
          <w:highlight w:val="none"/>
        </w:rPr>
        <w:t>[SZERVEZET NEVE]</w:t>
      </w:r>
    </w:p>
    <w:p w14:paraId="365567B1" w14:textId="77777777" w:rsidR="00A42911" w:rsidRDefault="000072EB">
      <w:pPr>
        <w:spacing w:after="60"/>
      </w:pPr>
      <w:r>
        <w:rPr>
          <w:b/>
        </w:rPr>
        <w:t xml:space="preserve">Kapcsolattartói telefonszám: </w:t>
      </w:r>
      <w:r>
        <w:rPr>
          <w:rStyle w:val="Kitltendmez"/>
          <w:highlight w:val="none"/>
        </w:rPr>
        <w:t>[TELEFONSZÁM]</w:t>
      </w:r>
    </w:p>
    <w:p w14:paraId="0577CA9F" w14:textId="77777777" w:rsidR="00A42911" w:rsidRDefault="000072EB">
      <w:pPr>
        <w:spacing w:after="60"/>
      </w:pPr>
      <w:r>
        <w:rPr>
          <w:b/>
        </w:rPr>
        <w:t xml:space="preserve">Kapcsolattartói e-mail-cím: </w:t>
      </w:r>
      <w:r>
        <w:rPr>
          <w:rStyle w:val="Kitltendmez"/>
          <w:highlight w:val="none"/>
        </w:rPr>
        <w:t>[E-MAIL-CÍM]</w:t>
      </w:r>
    </w:p>
    <w:p w14:paraId="5FA4D6A7" w14:textId="77777777" w:rsidR="00A42911" w:rsidRDefault="000072EB">
      <w:r>
        <w:t>Alulírott kijelentem, hogy a pályázati eljárás, valamint nyertesség esetén a bérleti szerződés előkészítése és teljesítése során kapcsolattartóként járok el.</w:t>
      </w:r>
    </w:p>
    <w:p w14:paraId="51CBBAE7" w14:textId="77777777" w:rsidR="00A42911" w:rsidRDefault="000072EB">
      <w:r>
        <w:t>Tudomásul veszem, hogy a Budapesti Gépészeti Szakképzési Centrum a fenti személyes adataimat a pályázati eljárás lefolytatásához, a kapcsolattartáshoz, a szerződés előkészítéséhez és teljesítéséhez szükséges mértékben, a vonatkozó adatvédelmi szabályok szerint kezeli.</w:t>
      </w:r>
    </w:p>
    <w:p w14:paraId="0FCE21E3" w14:textId="77777777" w:rsidR="00A42911" w:rsidRDefault="000072EB">
      <w:r>
        <w:t>Kijelentem, hogy a pályázati dokumentáció részeként közzétett „Adatkezelési tájékoztató a büféhelyiségek bérbeadására és üzemeltetésére irányuló pályázati eljáráshoz” című dokumentumot megismertem és tudomásul vettem. Tudomásul veszem, hogy jelen nyilatkozat nem adatkezelési hozzájárulás; az adatkezelés jogalapját a tájékoztató tartalmazza. Vállalom, hogy kapcsolattartói adataim változását haladéktalanul bejelentem.</w:t>
      </w:r>
    </w:p>
    <w:p w14:paraId="71F6BF81" w14:textId="77777777" w:rsidR="00A42911" w:rsidRDefault="000072EB">
      <w:pPr>
        <w:spacing w:after="360"/>
      </w:pPr>
      <w:r>
        <w:t>Kelt: Budapest, [DÁTUM].</w:t>
      </w:r>
    </w:p>
    <w:p w14:paraId="221DA0FD" w14:textId="77777777" w:rsidR="00A42911" w:rsidRDefault="000072EB">
      <w:pPr>
        <w:spacing w:after="0"/>
        <w:jc w:val="center"/>
      </w:pPr>
      <w:r>
        <w:t>………………………………………</w:t>
      </w:r>
    </w:p>
    <w:p w14:paraId="65B5DDC1" w14:textId="77777777" w:rsidR="00A42911" w:rsidRDefault="000072EB">
      <w:pPr>
        <w:jc w:val="center"/>
      </w:pPr>
      <w:r>
        <w:rPr>
          <w:b/>
        </w:rPr>
        <w:t>Érintett aláírása</w:t>
      </w:r>
    </w:p>
    <w:p w14:paraId="0D0918C5" w14:textId="77777777" w:rsidR="00A42911" w:rsidRDefault="000072EB">
      <w:r>
        <w:br w:type="page"/>
      </w:r>
    </w:p>
    <w:sectPr w:rsidR="00A42911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D0F50" w14:textId="77777777" w:rsidR="006C7533" w:rsidRDefault="006C7533">
      <w:pPr>
        <w:spacing w:after="0" w:line="240" w:lineRule="auto"/>
      </w:pPr>
      <w:r>
        <w:separator/>
      </w:r>
    </w:p>
  </w:endnote>
  <w:endnote w:type="continuationSeparator" w:id="0">
    <w:p w14:paraId="6E1E39F6" w14:textId="77777777" w:rsidR="006C7533" w:rsidRDefault="006C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24533" w14:textId="77777777" w:rsidR="00A42911" w:rsidRDefault="000072EB">
    <w:pPr>
      <w:pStyle w:val="llb"/>
      <w:jc w:val="center"/>
    </w:pPr>
    <w:r>
      <w:rPr>
        <w:sz w:val="18"/>
      </w:rPr>
      <w:t>Egységes szerkezetbe foglalt minta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6ED9F" w14:textId="77777777" w:rsidR="006C7533" w:rsidRDefault="006C7533">
      <w:pPr>
        <w:spacing w:after="0" w:line="240" w:lineRule="auto"/>
      </w:pPr>
      <w:r>
        <w:separator/>
      </w:r>
    </w:p>
  </w:footnote>
  <w:footnote w:type="continuationSeparator" w:id="0">
    <w:p w14:paraId="6A48DB0C" w14:textId="77777777" w:rsidR="006C7533" w:rsidRDefault="006C7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403F7" w14:textId="77777777" w:rsidR="00A42911" w:rsidRDefault="000072EB">
    <w:pPr>
      <w:pStyle w:val="lfej"/>
      <w:jc w:val="center"/>
    </w:pPr>
    <w:r>
      <w:rPr>
        <w:i/>
        <w:sz w:val="18"/>
      </w:rPr>
      <w:t>Budapesti 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2EB"/>
    <w:rsid w:val="00034616"/>
    <w:rsid w:val="0006063C"/>
    <w:rsid w:val="0015074B"/>
    <w:rsid w:val="0029639D"/>
    <w:rsid w:val="00314D35"/>
    <w:rsid w:val="00326F90"/>
    <w:rsid w:val="006C7533"/>
    <w:rsid w:val="007B16DF"/>
    <w:rsid w:val="00A4291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A1FAD1"/>
  <w14:defaultImageDpi w14:val="300"/>
  <w15:docId w15:val="{D455E315-8297-44FE-8EB2-474373F5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6. melléklet</vt:lpstr>
      <vt:lpstr/>
    </vt:vector>
  </TitlesOfParts>
  <Manager/>
  <Company/>
  <LinksUpToDate>false</LinksUpToDate>
  <CharactersWithSpaces>1122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Dr. Varga Csaba</cp:lastModifiedBy>
  <cp:revision>2</cp:revision>
  <dcterms:created xsi:type="dcterms:W3CDTF">2026-08-27T07:10:00Z</dcterms:created>
  <dcterms:modified xsi:type="dcterms:W3CDTF">2026-08-27T07:10:00Z</dcterms:modified>
  <cp:category/>
</cp:coreProperties>
</file>