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3624D4" w14:textId="77777777" w:rsidR="008E12D2" w:rsidRDefault="00001636">
      <w:pPr>
        <w:pStyle w:val="Cm"/>
      </w:pPr>
      <w:r>
        <w:rPr>
          <w:rFonts w:ascii="Times New Roman" w:eastAsia="Times New Roman" w:hAnsi="Times New Roman"/>
        </w:rPr>
        <w:t>7. MELLÉKLET</w:t>
      </w:r>
    </w:p>
    <w:p w14:paraId="2C2F9EDA" w14:textId="77777777" w:rsidR="008E12D2" w:rsidRDefault="00001636">
      <w:pPr>
        <w:pStyle w:val="Cm"/>
      </w:pPr>
      <w:r>
        <w:rPr>
          <w:rFonts w:ascii="Times New Roman" w:eastAsia="Times New Roman" w:hAnsi="Times New Roman"/>
        </w:rPr>
        <w:t>ÜZEMELTETÉSI NYILATKOZATOK</w:t>
      </w:r>
    </w:p>
    <w:p w14:paraId="39EDCFC3" w14:textId="77777777" w:rsidR="008E12D2" w:rsidRDefault="00001636">
      <w:pPr>
        <w:spacing w:after="60"/>
      </w:pPr>
      <w:r>
        <w:rPr>
          <w:b/>
        </w:rPr>
        <w:t xml:space="preserve">Ajánlattevő neve/cégneve: </w:t>
      </w:r>
      <w:r>
        <w:rPr>
          <w:rStyle w:val="Kitltendmez"/>
          <w:highlight w:val="none"/>
        </w:rPr>
        <w:t>[AJÁNLATTEVŐ NEVE]</w:t>
      </w:r>
    </w:p>
    <w:p w14:paraId="73483903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1. Nyitvatartási vállalás</w:t>
      </w:r>
    </w:p>
    <w:p w14:paraId="34C02BBD" w14:textId="77777777" w:rsidR="008E12D2" w:rsidRDefault="00001636">
      <w:r>
        <w:t xml:space="preserve">Vállalom, hogy a büfét tanítási napokon </w:t>
      </w:r>
      <w:r>
        <w:rPr>
          <w:rStyle w:val="Kitltendmez"/>
          <w:highlight w:val="none"/>
        </w:rPr>
        <w:t>[NYITÁS IDEJE]</w:t>
      </w:r>
      <w:r>
        <w:t xml:space="preserve"> és </w:t>
      </w:r>
      <w:r>
        <w:rPr>
          <w:rStyle w:val="Kitltendmez"/>
          <w:highlight w:val="none"/>
        </w:rPr>
        <w:t>[ZÁRÁS IDEJE]</w:t>
      </w:r>
      <w:r>
        <w:t xml:space="preserve"> között folyamatosan nyitva tartom, az ettől eltérő működést pedig előzetesen egyeztetem az intézmény igazgatójával.</w:t>
      </w:r>
    </w:p>
    <w:p w14:paraId="4B5AD10B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2. Termékkörre vonatkozó nyilatkozat</w:t>
      </w:r>
    </w:p>
    <w:p w14:paraId="76127599" w14:textId="77777777" w:rsidR="008E12D2" w:rsidRDefault="00001636">
      <w:r>
        <w:t>Kijelentem, hogy a külön csatolt részletes termék- és árlista megfelel a pályázati felhívásnak és a ha</w:t>
      </w:r>
      <w:r>
        <w:t>tályos jogszabályoknak. Vállalom, hogy tiltott terméket nem forgalmazok, és a termékkört kizárólag az előírt jóváhagyással módosítom.</w:t>
      </w:r>
    </w:p>
    <w:p w14:paraId="3D367049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3. Berendezésekre vonatkozó nyilatkozat</w:t>
      </w:r>
    </w:p>
    <w:p w14:paraId="6C7E642D" w14:textId="77777777" w:rsidR="008E12D2" w:rsidRDefault="00001636">
      <w:r>
        <w:t>Kijelentem, hogy a külön csatolt berendezéslistában valamennyi alkalmazni kívánt e</w:t>
      </w:r>
      <w:r>
        <w:t>szközt, annak fő műszaki adatait és energiaigényét feltüntettem. Vállalom, hogy kizárólag biztonságosan üzemeltethető és az ingatlan műszaki adottságaival összeegyeztethető berendezést használok.</w:t>
      </w:r>
    </w:p>
    <w:p w14:paraId="47D61360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4. Engedélyekre és személyi feltételekre vonatkozó nyilatkoz</w:t>
      </w:r>
      <w:r>
        <w:rPr>
          <w:rFonts w:ascii="Times New Roman" w:eastAsia="Times New Roman" w:hAnsi="Times New Roman"/>
        </w:rPr>
        <w:t>at</w:t>
      </w:r>
    </w:p>
    <w:p w14:paraId="7AB21B9E" w14:textId="77777777" w:rsidR="008E12D2" w:rsidRDefault="00001636">
      <w:r>
        <w:t>Vállalom, hogy legkésőbb a birtokbaadásig rendelkezem valamennyi szükséges hatósági bejelentéssel, engedéllyel, HACCP-dokumentációval, felelősségbiztosítással és megfelelő egészségügyi alkalmassággal rendelkező közreműködővel, és ezeket kérésre bemutato</w:t>
      </w:r>
      <w:r>
        <w:t>m.</w:t>
      </w:r>
    </w:p>
    <w:p w14:paraId="1DDA831F" w14:textId="77777777" w:rsidR="008E12D2" w:rsidRDefault="00001636">
      <w:pPr>
        <w:pStyle w:val="Cmsor2"/>
      </w:pPr>
      <w:r>
        <w:rPr>
          <w:rFonts w:ascii="Times New Roman" w:eastAsia="Times New Roman" w:hAnsi="Times New Roman"/>
        </w:rPr>
        <w:t>5. Elektronikus fizetés</w:t>
      </w:r>
    </w:p>
    <w:p w14:paraId="62E50684" w14:textId="77777777" w:rsidR="008E12D2" w:rsidRDefault="00001636">
      <w:r>
        <w:t>Vállalom, hogy a büfé működésének teljes időtartama alatt biztosítom az elektronikus fizetés lehetőségét.</w:t>
      </w:r>
    </w:p>
    <w:p w14:paraId="0737D005" w14:textId="77777777" w:rsidR="008E12D2" w:rsidRDefault="00001636">
      <w:pPr>
        <w:spacing w:after="360"/>
      </w:pPr>
      <w:r>
        <w:t>Kelt: Budapest, [DÁTUM].</w:t>
      </w:r>
    </w:p>
    <w:p w14:paraId="03341009" w14:textId="77777777" w:rsidR="008E12D2" w:rsidRDefault="00001636">
      <w:pPr>
        <w:spacing w:after="0"/>
        <w:jc w:val="center"/>
      </w:pPr>
      <w:r>
        <w:t>………………………………………</w:t>
      </w:r>
    </w:p>
    <w:p w14:paraId="7F57CFEE" w14:textId="77777777" w:rsidR="008E12D2" w:rsidRDefault="00001636">
      <w:pPr>
        <w:jc w:val="center"/>
      </w:pPr>
      <w:r>
        <w:rPr>
          <w:b/>
        </w:rPr>
        <w:t>Cégszerű aláírás / természetes személy ajánlattevő aláírása</w:t>
      </w:r>
    </w:p>
    <w:p w14:paraId="66D0D32C" w14:textId="77777777" w:rsidR="008E12D2" w:rsidRDefault="00001636">
      <w:r>
        <w:br w:type="page"/>
      </w:r>
    </w:p>
    <w:sectPr w:rsidR="008E12D2" w:rsidSect="00034616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7B807" w14:textId="77777777" w:rsidR="00001636" w:rsidRDefault="00001636">
      <w:pPr>
        <w:spacing w:after="0" w:line="240" w:lineRule="auto"/>
      </w:pPr>
      <w:r>
        <w:separator/>
      </w:r>
    </w:p>
  </w:endnote>
  <w:endnote w:type="continuationSeparator" w:id="0">
    <w:p w14:paraId="039864F7" w14:textId="77777777" w:rsidR="00001636" w:rsidRDefault="000016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01F63" w14:textId="77777777" w:rsidR="008E12D2" w:rsidRDefault="00001636">
    <w:pPr>
      <w:pStyle w:val="llb"/>
      <w:jc w:val="center"/>
    </w:pPr>
    <w:r>
      <w:rPr>
        <w:sz w:val="18"/>
      </w:rPr>
      <w:t>Egységes szerkezetbe foglalt minta –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2D8C6" w14:textId="77777777" w:rsidR="00001636" w:rsidRDefault="00001636">
      <w:pPr>
        <w:spacing w:after="0" w:line="240" w:lineRule="auto"/>
      </w:pPr>
      <w:r>
        <w:separator/>
      </w:r>
    </w:p>
  </w:footnote>
  <w:footnote w:type="continuationSeparator" w:id="0">
    <w:p w14:paraId="10756AB8" w14:textId="77777777" w:rsidR="00001636" w:rsidRDefault="000016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94210" w14:textId="77777777" w:rsidR="008E12D2" w:rsidRDefault="00001636">
    <w:pPr>
      <w:pStyle w:val="lfej"/>
      <w:jc w:val="center"/>
    </w:pPr>
    <w:r>
      <w:rPr>
        <w:i/>
        <w:sz w:val="18"/>
      </w:rPr>
      <w:t>Budapesti Gépészeti Szakképzési Centrum – egységes büféüzemeltetési pályázati felhívás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01636"/>
    <w:rsid w:val="00034616"/>
    <w:rsid w:val="0006063C"/>
    <w:rsid w:val="0015074B"/>
    <w:rsid w:val="0029639D"/>
    <w:rsid w:val="00326F90"/>
    <w:rsid w:val="008E12D2"/>
    <w:rsid w:val="00AA1D8D"/>
    <w:rsid w:val="00B47730"/>
    <w:rsid w:val="00CB0664"/>
    <w:rsid w:val="00D51B7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272405"/>
  <w14:defaultImageDpi w14:val="300"/>
  <w15:docId w15:val="{EE224A9A-A6F6-4CB5-B203-8BDCA382F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C693F"/>
    <w:pPr>
      <w:spacing w:after="120"/>
      <w:jc w:val="both"/>
    </w:pPr>
    <w:rPr>
      <w:rFonts w:ascii="Times New Roman" w:eastAsia="Times New Roman" w:hAnsi="Times New Roman"/>
      <w:sz w:val="24"/>
    </w:rPr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200" w:line="240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000000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000000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line="240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000000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keepNext/>
      <w:pBdr>
        <w:bottom w:val="single" w:sz="8" w:space="4" w:color="4F81BD" w:themeColor="accent1"/>
      </w:pBdr>
      <w:spacing w:line="240" w:lineRule="auto"/>
      <w:contextualSpacing/>
      <w:jc w:val="center"/>
    </w:pPr>
    <w:rPr>
      <w:rFonts w:asciiTheme="majorHAnsi" w:eastAsiaTheme="majorEastAsia" w:hAnsiTheme="majorHAnsi" w:cstheme="majorBidi"/>
      <w:b/>
      <w:color w:val="000000"/>
      <w:spacing w:val="5"/>
      <w:kern w:val="28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spacing w:after="60"/>
      <w:ind w:left="425" w:hanging="227"/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spacing w:after="60"/>
      <w:ind w:left="425" w:hanging="227"/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Kitltendmez">
    <w:name w:val="Kitöltendő mező"/>
    <w:rPr>
      <w:rFonts w:ascii="Times New Roman" w:eastAsia="Times New Roman" w:hAnsi="Times New Roman"/>
      <w:b/>
      <w:i w:val="0"/>
      <w:sz w:val="24"/>
      <w:highlight w:val="yell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1260</Characters>
  <Application>Microsoft Office Word</Application>
  <DocSecurity>0</DocSecurity>
  <Lines>10</Lines>
  <Paragraphs>2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7. melléklet</vt:lpstr>
      <vt:lpstr/>
    </vt:vector>
  </TitlesOfParts>
  <Manager/>
  <Company/>
  <LinksUpToDate>false</LinksUpToDate>
  <CharactersWithSpaces>1440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7. melléklet</dc:title>
  <dc:subject>A jogi vélemény alapján kiegészített, egységes szerkezetbe foglalt minta</dc:subject>
  <dc:creator>Budapesti Gépészeti Szakképzési Centrum</dc:creator>
  <cp:keywords>büfé, pályázat, bérbeadás, üzemeltetés</cp:keywords>
  <dc:description/>
  <cp:lastModifiedBy>Dr. Varga Csaba</cp:lastModifiedBy>
  <cp:revision>2</cp:revision>
  <dcterms:created xsi:type="dcterms:W3CDTF">2013-12-23T23:15:00Z</dcterms:created>
  <dcterms:modified xsi:type="dcterms:W3CDTF">2026-08-26T09:02:00Z</dcterms:modified>
  <cp:category/>
</cp:coreProperties>
</file>